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B568" w14:textId="73E0A36C" w:rsidR="00CD5A30" w:rsidRDefault="00EF4C50" w:rsidP="00CD5A30">
      <w:pPr>
        <w:tabs>
          <w:tab w:val="num" w:pos="426"/>
        </w:tabs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  <w:t>ANGGARAN KEUANGAN</w:t>
      </w:r>
    </w:p>
    <w:p w14:paraId="51B7F686" w14:textId="77777777" w:rsid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71344E09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A.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Pengertian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Keuangan</w:t>
      </w:r>
      <w:proofErr w:type="spellEnd"/>
    </w:p>
    <w:p w14:paraId="7EA295EB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rencana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disusun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sistematis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bentuk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angka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periode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tertentu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, yang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digunakan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sebagai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pedoman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pelaksanaan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pengendalian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perusahaan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3E5E52E1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mencerminkan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estimasi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pendapatan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biaya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arus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kas yang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terjadi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di masa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depan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439E5AFA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sz w:val="24"/>
          <w:szCs w:val="24"/>
          <w:lang w:val="en-ID"/>
        </w:rPr>
        <w:pict w14:anchorId="51A2576D">
          <v:rect id="_x0000_i1107" style="width:0;height:1.5pt" o:hralign="center" o:hrstd="t" o:hr="t" fillcolor="#a0a0a0" stroked="f"/>
        </w:pict>
      </w:r>
    </w:p>
    <w:p w14:paraId="2D150F79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B. Tujuan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Keuangan</w:t>
      </w:r>
      <w:proofErr w:type="spellEnd"/>
    </w:p>
    <w:p w14:paraId="1BFF68F4" w14:textId="77777777" w:rsidR="00EF4C50" w:rsidRPr="00EF4C50" w:rsidRDefault="00EF4C50" w:rsidP="00EF4C50">
      <w:pPr>
        <w:numPr>
          <w:ilvl w:val="0"/>
          <w:numId w:val="82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Sebagai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alat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perencanaan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306A23DF" w14:textId="77777777" w:rsidR="00EF4C50" w:rsidRPr="00EF4C50" w:rsidRDefault="00EF4C50" w:rsidP="00EF4C50">
      <w:pPr>
        <w:numPr>
          <w:ilvl w:val="0"/>
          <w:numId w:val="82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Sebagai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alat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pengendalian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72EEE392" w14:textId="77777777" w:rsidR="00EF4C50" w:rsidRPr="00EF4C50" w:rsidRDefault="00EF4C50" w:rsidP="00EF4C50">
      <w:pPr>
        <w:numPr>
          <w:ilvl w:val="0"/>
          <w:numId w:val="82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Membantu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pengambilan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keputusan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519D55C5" w14:textId="77777777" w:rsidR="00EF4C50" w:rsidRPr="00EF4C50" w:rsidRDefault="00EF4C50" w:rsidP="00EF4C50">
      <w:pPr>
        <w:numPr>
          <w:ilvl w:val="0"/>
          <w:numId w:val="82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Mengkoordinasikan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antar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bagian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1BF0389E" w14:textId="77777777" w:rsidR="00EF4C50" w:rsidRPr="00EF4C50" w:rsidRDefault="00EF4C50" w:rsidP="00EF4C50">
      <w:pPr>
        <w:numPr>
          <w:ilvl w:val="0"/>
          <w:numId w:val="82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Mengoptimalkan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sumber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daya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69B8B4E7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sz w:val="24"/>
          <w:szCs w:val="24"/>
          <w:lang w:val="en-ID"/>
        </w:rPr>
        <w:pict w14:anchorId="5C00D1A1">
          <v:rect id="_x0000_i1108" style="width:0;height:1.5pt" o:hralign="center" o:hrstd="t" o:hr="t" fillcolor="#a0a0a0" stroked="f"/>
        </w:pict>
      </w:r>
    </w:p>
    <w:p w14:paraId="6E00E1E6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C.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Fungsi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Keuangan</w:t>
      </w:r>
      <w:proofErr w:type="spellEnd"/>
    </w:p>
    <w:p w14:paraId="32E7288B" w14:textId="77777777" w:rsidR="00EF4C50" w:rsidRPr="00EF4C50" w:rsidRDefault="00EF4C50" w:rsidP="00EF4C50">
      <w:pPr>
        <w:numPr>
          <w:ilvl w:val="0"/>
          <w:numId w:val="83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Fungsi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Perencanaan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br/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Menentukan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690B3D3A" w14:textId="77777777" w:rsidR="00EF4C50" w:rsidRPr="00EF4C50" w:rsidRDefault="00EF4C50" w:rsidP="00EF4C50">
      <w:pPr>
        <w:numPr>
          <w:ilvl w:val="0"/>
          <w:numId w:val="83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Fungsi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Pengendalian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br/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Membandingkan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realisasi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6F38C703" w14:textId="77777777" w:rsidR="00EF4C50" w:rsidRPr="00EF4C50" w:rsidRDefault="00EF4C50" w:rsidP="00EF4C50">
      <w:pPr>
        <w:numPr>
          <w:ilvl w:val="0"/>
          <w:numId w:val="83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Fungsi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Koordinasi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br/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Menyelaraskan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antar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departemen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7037C256" w14:textId="77777777" w:rsidR="00EF4C50" w:rsidRPr="00EF4C50" w:rsidRDefault="00EF4C50" w:rsidP="00EF4C50">
      <w:pPr>
        <w:numPr>
          <w:ilvl w:val="0"/>
          <w:numId w:val="83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Fungsi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Motivasi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br/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Mendorong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kinerja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karyawan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26274E03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sz w:val="24"/>
          <w:szCs w:val="24"/>
          <w:lang w:val="en-ID"/>
        </w:rPr>
        <w:pict w14:anchorId="2676EFF2">
          <v:rect id="_x0000_i1109" style="width:0;height:1.5pt" o:hralign="center" o:hrstd="t" o:hr="t" fillcolor="#a0a0a0" stroked="f"/>
        </w:pict>
      </w:r>
    </w:p>
    <w:p w14:paraId="1018EDAB" w14:textId="77777777" w:rsidR="00687662" w:rsidRDefault="00687662" w:rsidP="00EF4C50">
      <w:pPr>
        <w:tabs>
          <w:tab w:val="num" w:pos="426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06EFAF9E" w14:textId="77777777" w:rsidR="00687662" w:rsidRDefault="00687662" w:rsidP="00EF4C50">
      <w:pPr>
        <w:tabs>
          <w:tab w:val="num" w:pos="426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4CE88ACD" w14:textId="27627358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lastRenderedPageBreak/>
        <w:t xml:space="preserve">D. Jenis-Jenis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</w:p>
    <w:p w14:paraId="1021BFC7" w14:textId="77777777" w:rsidR="00EF4C50" w:rsidRPr="00EF4C50" w:rsidRDefault="00EF4C50" w:rsidP="00EF4C50">
      <w:pPr>
        <w:numPr>
          <w:ilvl w:val="0"/>
          <w:numId w:val="84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Operasional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79C6FEF2" w14:textId="77777777" w:rsidR="00EF4C50" w:rsidRPr="00EF4C50" w:rsidRDefault="00EF4C50" w:rsidP="00EF4C50">
      <w:pPr>
        <w:numPr>
          <w:ilvl w:val="1"/>
          <w:numId w:val="84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penjualan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622F78F5" w14:textId="77777777" w:rsidR="00EF4C50" w:rsidRPr="00EF4C50" w:rsidRDefault="00EF4C50" w:rsidP="00EF4C50">
      <w:pPr>
        <w:numPr>
          <w:ilvl w:val="1"/>
          <w:numId w:val="84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produksi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52403056" w14:textId="77777777" w:rsidR="00EF4C50" w:rsidRPr="00EF4C50" w:rsidRDefault="00EF4C50" w:rsidP="00EF4C50">
      <w:pPr>
        <w:numPr>
          <w:ilvl w:val="1"/>
          <w:numId w:val="84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biaya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operasional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038B2B36" w14:textId="77777777" w:rsidR="00EF4C50" w:rsidRPr="00EF4C50" w:rsidRDefault="00EF4C50" w:rsidP="00EF4C50">
      <w:pPr>
        <w:numPr>
          <w:ilvl w:val="0"/>
          <w:numId w:val="84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Keuangan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0D05738A" w14:textId="77777777" w:rsidR="00EF4C50" w:rsidRPr="00EF4C50" w:rsidRDefault="00EF4C50" w:rsidP="00EF4C50">
      <w:pPr>
        <w:numPr>
          <w:ilvl w:val="1"/>
          <w:numId w:val="84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kas </w:t>
      </w:r>
    </w:p>
    <w:p w14:paraId="252E1C19" w14:textId="77777777" w:rsidR="00EF4C50" w:rsidRPr="00EF4C50" w:rsidRDefault="00EF4C50" w:rsidP="00EF4C50">
      <w:pPr>
        <w:numPr>
          <w:ilvl w:val="1"/>
          <w:numId w:val="84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laba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rugi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74F8AFF0" w14:textId="77777777" w:rsidR="00EF4C50" w:rsidRPr="00EF4C50" w:rsidRDefault="00EF4C50" w:rsidP="00EF4C50">
      <w:pPr>
        <w:numPr>
          <w:ilvl w:val="1"/>
          <w:numId w:val="84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neraca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0382879F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sz w:val="24"/>
          <w:szCs w:val="24"/>
          <w:lang w:val="en-ID"/>
        </w:rPr>
        <w:pict w14:anchorId="3BDFE451">
          <v:rect id="_x0000_i1110" style="width:0;height:1.5pt" o:hralign="center" o:hrstd="t" o:hr="t" fillcolor="#a0a0a0" stroked="f"/>
        </w:pict>
      </w:r>
    </w:p>
    <w:p w14:paraId="419994EF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E.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Komponen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Keuangan</w:t>
      </w:r>
      <w:proofErr w:type="spellEnd"/>
    </w:p>
    <w:p w14:paraId="3BF37B2D" w14:textId="77777777" w:rsidR="00EF4C50" w:rsidRPr="00EF4C50" w:rsidRDefault="00EF4C50" w:rsidP="00EF4C50">
      <w:pPr>
        <w:numPr>
          <w:ilvl w:val="0"/>
          <w:numId w:val="85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Kas (Cash Budget)</w:t>
      </w:r>
      <w:r w:rsidRPr="00EF4C50">
        <w:rPr>
          <w:rFonts w:ascii="Times New Roman" w:hAnsi="Times New Roman" w:cs="Times New Roman"/>
          <w:sz w:val="24"/>
          <w:szCs w:val="24"/>
          <w:lang w:val="en-ID"/>
        </w:rPr>
        <w:br/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Perencanaan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arus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masuk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keluar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kas </w:t>
      </w:r>
    </w:p>
    <w:p w14:paraId="06C94BD6" w14:textId="77777777" w:rsidR="00EF4C50" w:rsidRPr="00EF4C50" w:rsidRDefault="00EF4C50" w:rsidP="00EF4C50">
      <w:pPr>
        <w:numPr>
          <w:ilvl w:val="0"/>
          <w:numId w:val="85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Laba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Rugi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br/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Perkiraan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pendapatan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biaya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736F0617" w14:textId="77777777" w:rsidR="00EF4C50" w:rsidRPr="00EF4C50" w:rsidRDefault="00EF4C50" w:rsidP="00EF4C50">
      <w:pPr>
        <w:numPr>
          <w:ilvl w:val="0"/>
          <w:numId w:val="85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Neraca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br/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Perkiraan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posisi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di masa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depan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054986C9" w14:textId="77777777" w:rsidR="00EF4C50" w:rsidRPr="00EF4C50" w:rsidRDefault="00EF4C50" w:rsidP="00EF4C50">
      <w:pPr>
        <w:tabs>
          <w:tab w:val="num" w:pos="426"/>
        </w:tabs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 w:rsidRPr="00EF4C50">
        <w:rPr>
          <w:rFonts w:ascii="Times New Roman" w:hAnsi="Times New Roman" w:cs="Times New Roman"/>
          <w:sz w:val="24"/>
          <w:szCs w:val="24"/>
          <w:lang w:val="en-ID"/>
        </w:rPr>
        <w:pict w14:anchorId="1746C342">
          <v:rect id="_x0000_i1111" style="width:0;height:1.5pt" o:hralign="center" o:hrstd="t" o:hr="t" fillcolor="#a0a0a0" stroked="f"/>
        </w:pict>
      </w:r>
    </w:p>
    <w:p w14:paraId="68C9B0E9" w14:textId="60A6E96E" w:rsidR="00687662" w:rsidRPr="00EF4C50" w:rsidRDefault="00687662" w:rsidP="00687662">
      <w:pPr>
        <w:tabs>
          <w:tab w:val="num" w:pos="426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ID"/>
        </w:rPr>
        <w:t>F</w:t>
      </w:r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. Manfaat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Anggaran</w:t>
      </w:r>
      <w:proofErr w:type="spellEnd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b/>
          <w:bCs/>
          <w:sz w:val="24"/>
          <w:szCs w:val="24"/>
          <w:lang w:val="en-ID"/>
        </w:rPr>
        <w:t>Keuangan</w:t>
      </w:r>
      <w:proofErr w:type="spellEnd"/>
    </w:p>
    <w:p w14:paraId="1C94CDF6" w14:textId="77777777" w:rsidR="00687662" w:rsidRPr="00EF4C50" w:rsidRDefault="00687662" w:rsidP="00687662">
      <w:pPr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Mengontrol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pengeluaran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13AE1EC0" w14:textId="77777777" w:rsidR="00687662" w:rsidRPr="00EF4C50" w:rsidRDefault="00687662" w:rsidP="00687662">
      <w:pPr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Meningkatkan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efisiensi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19DE7110" w14:textId="77777777" w:rsidR="00687662" w:rsidRPr="00EF4C50" w:rsidRDefault="00687662" w:rsidP="00687662">
      <w:pPr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Menghindari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pemborosan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05A426F7" w14:textId="77777777" w:rsidR="00687662" w:rsidRPr="00EF4C50" w:rsidRDefault="00687662" w:rsidP="00687662">
      <w:pPr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Menjadi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alat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kinerja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12854402" w14:textId="57AAF7FE" w:rsidR="00EF4C50" w:rsidRPr="00EF4C50" w:rsidRDefault="00687662" w:rsidP="00687662">
      <w:pPr>
        <w:numPr>
          <w:ilvl w:val="1"/>
          <w:numId w:val="86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Membantu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perencanaan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jangka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panjang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F4C50" w:rsidRPr="00EF4C50">
        <w:rPr>
          <w:rFonts w:ascii="Times New Roman" w:hAnsi="Times New Roman" w:cs="Times New Roman"/>
          <w:sz w:val="24"/>
          <w:szCs w:val="24"/>
          <w:lang w:val="en-ID"/>
        </w:rPr>
        <w:t>Gaji</w:t>
      </w:r>
      <w:proofErr w:type="spellEnd"/>
      <w:r w:rsidR="00EF4C50"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F4C50" w:rsidRPr="00EF4C50">
        <w:rPr>
          <w:rFonts w:ascii="Times New Roman" w:hAnsi="Times New Roman" w:cs="Times New Roman"/>
          <w:sz w:val="24"/>
          <w:szCs w:val="24"/>
          <w:lang w:val="en-ID"/>
        </w:rPr>
        <w:t>karyawan</w:t>
      </w:r>
      <w:proofErr w:type="spellEnd"/>
      <w:r w:rsidR="00EF4C50"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1D8ECBE2" w14:textId="77777777" w:rsidR="00EF4C50" w:rsidRPr="00EF4C50" w:rsidRDefault="00EF4C50" w:rsidP="00EF4C50">
      <w:pPr>
        <w:numPr>
          <w:ilvl w:val="1"/>
          <w:numId w:val="86"/>
        </w:numPr>
        <w:tabs>
          <w:tab w:val="num" w:pos="426"/>
        </w:tabs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Biaya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F4C50">
        <w:rPr>
          <w:rFonts w:ascii="Times New Roman" w:hAnsi="Times New Roman" w:cs="Times New Roman"/>
          <w:sz w:val="24"/>
          <w:szCs w:val="24"/>
          <w:lang w:val="en-ID"/>
        </w:rPr>
        <w:t>operasional</w:t>
      </w:r>
      <w:proofErr w:type="spellEnd"/>
      <w:r w:rsidRPr="00EF4C5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5E7B8861" w14:textId="004E2A43" w:rsidR="00215B7C" w:rsidRPr="007F442C" w:rsidRDefault="007F442C" w:rsidP="00EF4C50">
      <w:pPr>
        <w:tabs>
          <w:tab w:val="num" w:pos="426"/>
        </w:tabs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 w:rsidRPr="007F442C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sectPr w:rsidR="00215B7C" w:rsidRPr="007F442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F915F6"/>
    <w:multiLevelType w:val="multilevel"/>
    <w:tmpl w:val="58820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6371562"/>
    <w:multiLevelType w:val="multilevel"/>
    <w:tmpl w:val="01FEB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73354DD"/>
    <w:multiLevelType w:val="multilevel"/>
    <w:tmpl w:val="B5C4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96F1AB6"/>
    <w:multiLevelType w:val="multilevel"/>
    <w:tmpl w:val="F728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8F62FE"/>
    <w:multiLevelType w:val="multilevel"/>
    <w:tmpl w:val="0FF45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95354C"/>
    <w:multiLevelType w:val="multilevel"/>
    <w:tmpl w:val="9F5A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F641B08"/>
    <w:multiLevelType w:val="multilevel"/>
    <w:tmpl w:val="71F8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FEF76A7"/>
    <w:multiLevelType w:val="multilevel"/>
    <w:tmpl w:val="507C2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FA01D3"/>
    <w:multiLevelType w:val="multilevel"/>
    <w:tmpl w:val="437EB9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1133B14"/>
    <w:multiLevelType w:val="multilevel"/>
    <w:tmpl w:val="52089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1577AC6"/>
    <w:multiLevelType w:val="multilevel"/>
    <w:tmpl w:val="84787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3E44792"/>
    <w:multiLevelType w:val="multilevel"/>
    <w:tmpl w:val="D468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9653FA"/>
    <w:multiLevelType w:val="multilevel"/>
    <w:tmpl w:val="AF1C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86170DD"/>
    <w:multiLevelType w:val="multilevel"/>
    <w:tmpl w:val="45C0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A7F239C"/>
    <w:multiLevelType w:val="multilevel"/>
    <w:tmpl w:val="8932A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C3F61D9"/>
    <w:multiLevelType w:val="multilevel"/>
    <w:tmpl w:val="2084B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703C0E"/>
    <w:multiLevelType w:val="multilevel"/>
    <w:tmpl w:val="6438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CF10188"/>
    <w:multiLevelType w:val="multilevel"/>
    <w:tmpl w:val="C896BA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D3B1998"/>
    <w:multiLevelType w:val="multilevel"/>
    <w:tmpl w:val="2AFEB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D906323"/>
    <w:multiLevelType w:val="multilevel"/>
    <w:tmpl w:val="11D4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06A2C6D"/>
    <w:multiLevelType w:val="multilevel"/>
    <w:tmpl w:val="2E666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0BF7842"/>
    <w:multiLevelType w:val="multilevel"/>
    <w:tmpl w:val="A652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2D73901"/>
    <w:multiLevelType w:val="multilevel"/>
    <w:tmpl w:val="4CEED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48B119C"/>
    <w:multiLevelType w:val="multilevel"/>
    <w:tmpl w:val="5E1E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4F33538"/>
    <w:multiLevelType w:val="multilevel"/>
    <w:tmpl w:val="D480E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6FD759C"/>
    <w:multiLevelType w:val="multilevel"/>
    <w:tmpl w:val="80885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7BD3548"/>
    <w:multiLevelType w:val="multilevel"/>
    <w:tmpl w:val="986A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5E50FB"/>
    <w:multiLevelType w:val="multilevel"/>
    <w:tmpl w:val="D87830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96F2FBF"/>
    <w:multiLevelType w:val="multilevel"/>
    <w:tmpl w:val="D8A85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B180424"/>
    <w:multiLevelType w:val="multilevel"/>
    <w:tmpl w:val="ED128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C8D55C7"/>
    <w:multiLevelType w:val="multilevel"/>
    <w:tmpl w:val="F6A0D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CCE148F"/>
    <w:multiLevelType w:val="multilevel"/>
    <w:tmpl w:val="B20E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CFB4DF7"/>
    <w:multiLevelType w:val="multilevel"/>
    <w:tmpl w:val="A2B8E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DCF135C"/>
    <w:multiLevelType w:val="multilevel"/>
    <w:tmpl w:val="E0DC0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01965E0"/>
    <w:multiLevelType w:val="multilevel"/>
    <w:tmpl w:val="34564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04A381E"/>
    <w:multiLevelType w:val="multilevel"/>
    <w:tmpl w:val="234C7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14D01CE"/>
    <w:multiLevelType w:val="multilevel"/>
    <w:tmpl w:val="E0BAB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443271B"/>
    <w:multiLevelType w:val="multilevel"/>
    <w:tmpl w:val="E8606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83F7CFA"/>
    <w:multiLevelType w:val="multilevel"/>
    <w:tmpl w:val="A34040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8BA65D3"/>
    <w:multiLevelType w:val="multilevel"/>
    <w:tmpl w:val="369A2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A092662"/>
    <w:multiLevelType w:val="multilevel"/>
    <w:tmpl w:val="9186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EB565AD"/>
    <w:multiLevelType w:val="multilevel"/>
    <w:tmpl w:val="DF7C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FFB4D5B"/>
    <w:multiLevelType w:val="multilevel"/>
    <w:tmpl w:val="CB04E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65A3DF1"/>
    <w:multiLevelType w:val="multilevel"/>
    <w:tmpl w:val="28803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6CD5B25"/>
    <w:multiLevelType w:val="multilevel"/>
    <w:tmpl w:val="D02A7D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B7A4CCE"/>
    <w:multiLevelType w:val="multilevel"/>
    <w:tmpl w:val="8F90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CB34416"/>
    <w:multiLevelType w:val="multilevel"/>
    <w:tmpl w:val="A5867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DE338FA"/>
    <w:multiLevelType w:val="multilevel"/>
    <w:tmpl w:val="136C6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FC90E67"/>
    <w:multiLevelType w:val="multilevel"/>
    <w:tmpl w:val="8C9CA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0FA5042"/>
    <w:multiLevelType w:val="multilevel"/>
    <w:tmpl w:val="8D04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15B49EB"/>
    <w:multiLevelType w:val="multilevel"/>
    <w:tmpl w:val="E1B6C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367539C"/>
    <w:multiLevelType w:val="multilevel"/>
    <w:tmpl w:val="B0925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4C70F83"/>
    <w:multiLevelType w:val="multilevel"/>
    <w:tmpl w:val="97B0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4CB24C5"/>
    <w:multiLevelType w:val="multilevel"/>
    <w:tmpl w:val="CACC9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5BA75F4"/>
    <w:multiLevelType w:val="multilevel"/>
    <w:tmpl w:val="AAA4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739652F"/>
    <w:multiLevelType w:val="multilevel"/>
    <w:tmpl w:val="1E2E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7A04DC0"/>
    <w:multiLevelType w:val="multilevel"/>
    <w:tmpl w:val="1B1C7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8242EFB"/>
    <w:multiLevelType w:val="multilevel"/>
    <w:tmpl w:val="40686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B6B547F"/>
    <w:multiLevelType w:val="multilevel"/>
    <w:tmpl w:val="BD12F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DBA6F0B"/>
    <w:multiLevelType w:val="multilevel"/>
    <w:tmpl w:val="730E4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DE71E47"/>
    <w:multiLevelType w:val="multilevel"/>
    <w:tmpl w:val="6192B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DF53AED"/>
    <w:multiLevelType w:val="multilevel"/>
    <w:tmpl w:val="AA68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E4F47D3"/>
    <w:multiLevelType w:val="multilevel"/>
    <w:tmpl w:val="55A03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E984666"/>
    <w:multiLevelType w:val="multilevel"/>
    <w:tmpl w:val="EC3EC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ED71ECF"/>
    <w:multiLevelType w:val="multilevel"/>
    <w:tmpl w:val="392E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0E1759E"/>
    <w:multiLevelType w:val="multilevel"/>
    <w:tmpl w:val="F2041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0F432C6"/>
    <w:multiLevelType w:val="multilevel"/>
    <w:tmpl w:val="48DC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1C80598"/>
    <w:multiLevelType w:val="multilevel"/>
    <w:tmpl w:val="8ED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636667D"/>
    <w:multiLevelType w:val="multilevel"/>
    <w:tmpl w:val="14C2A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D647BE"/>
    <w:multiLevelType w:val="multilevel"/>
    <w:tmpl w:val="1E841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8D03CA5"/>
    <w:multiLevelType w:val="multilevel"/>
    <w:tmpl w:val="9BBE3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ACE298A"/>
    <w:multiLevelType w:val="multilevel"/>
    <w:tmpl w:val="B7969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C067894"/>
    <w:multiLevelType w:val="multilevel"/>
    <w:tmpl w:val="2C786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CFE2785"/>
    <w:multiLevelType w:val="multilevel"/>
    <w:tmpl w:val="A856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D8E405C"/>
    <w:multiLevelType w:val="multilevel"/>
    <w:tmpl w:val="90080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DE11F68"/>
    <w:multiLevelType w:val="multilevel"/>
    <w:tmpl w:val="226CE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E7E19AC"/>
    <w:multiLevelType w:val="multilevel"/>
    <w:tmpl w:val="26BE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EBF5ABE"/>
    <w:multiLevelType w:val="multilevel"/>
    <w:tmpl w:val="F07AF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6637AF3"/>
    <w:multiLevelType w:val="multilevel"/>
    <w:tmpl w:val="365A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71C4023"/>
    <w:multiLevelType w:val="multilevel"/>
    <w:tmpl w:val="79C4C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730375D"/>
    <w:multiLevelType w:val="multilevel"/>
    <w:tmpl w:val="3D160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A752075"/>
    <w:multiLevelType w:val="multilevel"/>
    <w:tmpl w:val="BFA6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AB008B7"/>
    <w:multiLevelType w:val="multilevel"/>
    <w:tmpl w:val="19867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CBD4376"/>
    <w:multiLevelType w:val="multilevel"/>
    <w:tmpl w:val="B3CC39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5859769">
    <w:abstractNumId w:val="8"/>
  </w:num>
  <w:num w:numId="2" w16cid:durableId="1447041215">
    <w:abstractNumId w:val="6"/>
  </w:num>
  <w:num w:numId="3" w16cid:durableId="599071105">
    <w:abstractNumId w:val="5"/>
  </w:num>
  <w:num w:numId="4" w16cid:durableId="1238634376">
    <w:abstractNumId w:val="4"/>
  </w:num>
  <w:num w:numId="5" w16cid:durableId="1449273356">
    <w:abstractNumId w:val="7"/>
  </w:num>
  <w:num w:numId="6" w16cid:durableId="1954746337">
    <w:abstractNumId w:val="3"/>
  </w:num>
  <w:num w:numId="7" w16cid:durableId="1382359271">
    <w:abstractNumId w:val="2"/>
  </w:num>
  <w:num w:numId="8" w16cid:durableId="1403261348">
    <w:abstractNumId w:val="1"/>
  </w:num>
  <w:num w:numId="9" w16cid:durableId="27295183">
    <w:abstractNumId w:val="0"/>
  </w:num>
  <w:num w:numId="10" w16cid:durableId="1781562143">
    <w:abstractNumId w:val="21"/>
  </w:num>
  <w:num w:numId="11" w16cid:durableId="359162171">
    <w:abstractNumId w:val="33"/>
  </w:num>
  <w:num w:numId="12" w16cid:durableId="257103957">
    <w:abstractNumId w:val="72"/>
  </w:num>
  <w:num w:numId="13" w16cid:durableId="2003658254">
    <w:abstractNumId w:val="30"/>
  </w:num>
  <w:num w:numId="14" w16cid:durableId="84232780">
    <w:abstractNumId w:val="73"/>
  </w:num>
  <w:num w:numId="15" w16cid:durableId="48388578">
    <w:abstractNumId w:val="18"/>
  </w:num>
  <w:num w:numId="16" w16cid:durableId="1789859542">
    <w:abstractNumId w:val="15"/>
  </w:num>
  <w:num w:numId="17" w16cid:durableId="1722173262">
    <w:abstractNumId w:val="54"/>
  </w:num>
  <w:num w:numId="18" w16cid:durableId="1501889001">
    <w:abstractNumId w:val="51"/>
  </w:num>
  <w:num w:numId="19" w16cid:durableId="1910190511">
    <w:abstractNumId w:val="87"/>
  </w:num>
  <w:num w:numId="20" w16cid:durableId="1094591821">
    <w:abstractNumId w:val="55"/>
  </w:num>
  <w:num w:numId="21" w16cid:durableId="775518577">
    <w:abstractNumId w:val="52"/>
  </w:num>
  <w:num w:numId="22" w16cid:durableId="1243491041">
    <w:abstractNumId w:val="10"/>
  </w:num>
  <w:num w:numId="23" w16cid:durableId="1312716126">
    <w:abstractNumId w:val="40"/>
  </w:num>
  <w:num w:numId="24" w16cid:durableId="1886675453">
    <w:abstractNumId w:val="66"/>
  </w:num>
  <w:num w:numId="25" w16cid:durableId="724909913">
    <w:abstractNumId w:val="76"/>
  </w:num>
  <w:num w:numId="26" w16cid:durableId="1295016219">
    <w:abstractNumId w:val="82"/>
  </w:num>
  <w:num w:numId="27" w16cid:durableId="553197031">
    <w:abstractNumId w:val="25"/>
  </w:num>
  <w:num w:numId="28" w16cid:durableId="1934969089">
    <w:abstractNumId w:val="31"/>
  </w:num>
  <w:num w:numId="29" w16cid:durableId="312803805">
    <w:abstractNumId w:val="86"/>
  </w:num>
  <w:num w:numId="30" w16cid:durableId="1912539076">
    <w:abstractNumId w:val="34"/>
  </w:num>
  <w:num w:numId="31" w16cid:durableId="523977059">
    <w:abstractNumId w:val="35"/>
  </w:num>
  <w:num w:numId="32" w16cid:durableId="1667901508">
    <w:abstractNumId w:val="32"/>
  </w:num>
  <w:num w:numId="33" w16cid:durableId="1874995345">
    <w:abstractNumId w:val="75"/>
  </w:num>
  <w:num w:numId="34" w16cid:durableId="1888297969">
    <w:abstractNumId w:val="90"/>
  </w:num>
  <w:num w:numId="35" w16cid:durableId="1046299594">
    <w:abstractNumId w:val="20"/>
  </w:num>
  <w:num w:numId="36" w16cid:durableId="164711065">
    <w:abstractNumId w:val="68"/>
  </w:num>
  <w:num w:numId="37" w16cid:durableId="962810966">
    <w:abstractNumId w:val="14"/>
  </w:num>
  <w:num w:numId="38" w16cid:durableId="230703477">
    <w:abstractNumId w:val="24"/>
  </w:num>
  <w:num w:numId="39" w16cid:durableId="943536064">
    <w:abstractNumId w:val="69"/>
  </w:num>
  <w:num w:numId="40" w16cid:durableId="1770392970">
    <w:abstractNumId w:val="27"/>
  </w:num>
  <w:num w:numId="41" w16cid:durableId="414015291">
    <w:abstractNumId w:val="36"/>
  </w:num>
  <w:num w:numId="42" w16cid:durableId="437603266">
    <w:abstractNumId w:val="26"/>
  </w:num>
  <w:num w:numId="43" w16cid:durableId="635187745">
    <w:abstractNumId w:val="17"/>
  </w:num>
  <w:num w:numId="44" w16cid:durableId="969289303">
    <w:abstractNumId w:val="53"/>
  </w:num>
  <w:num w:numId="45" w16cid:durableId="1172256345">
    <w:abstractNumId w:val="92"/>
  </w:num>
  <w:num w:numId="46" w16cid:durableId="209927242">
    <w:abstractNumId w:val="47"/>
  </w:num>
  <w:num w:numId="47" w16cid:durableId="2037343644">
    <w:abstractNumId w:val="11"/>
  </w:num>
  <w:num w:numId="48" w16cid:durableId="1984457586">
    <w:abstractNumId w:val="83"/>
  </w:num>
  <w:num w:numId="49" w16cid:durableId="988167457">
    <w:abstractNumId w:val="44"/>
  </w:num>
  <w:num w:numId="50" w16cid:durableId="350884482">
    <w:abstractNumId w:val="80"/>
  </w:num>
  <w:num w:numId="51" w16cid:durableId="22944552">
    <w:abstractNumId w:val="43"/>
  </w:num>
  <w:num w:numId="52" w16cid:durableId="2063746861">
    <w:abstractNumId w:val="88"/>
  </w:num>
  <w:num w:numId="53" w16cid:durableId="1643383381">
    <w:abstractNumId w:val="63"/>
  </w:num>
  <w:num w:numId="54" w16cid:durableId="596714079">
    <w:abstractNumId w:val="23"/>
  </w:num>
  <w:num w:numId="55" w16cid:durableId="1035274156">
    <w:abstractNumId w:val="58"/>
  </w:num>
  <w:num w:numId="56" w16cid:durableId="1431509214">
    <w:abstractNumId w:val="91"/>
  </w:num>
  <w:num w:numId="57" w16cid:durableId="1003315704">
    <w:abstractNumId w:val="39"/>
  </w:num>
  <w:num w:numId="58" w16cid:durableId="868228236">
    <w:abstractNumId w:val="49"/>
  </w:num>
  <w:num w:numId="59" w16cid:durableId="556018432">
    <w:abstractNumId w:val="65"/>
  </w:num>
  <w:num w:numId="60" w16cid:durableId="757023672">
    <w:abstractNumId w:val="74"/>
  </w:num>
  <w:num w:numId="61" w16cid:durableId="1281062469">
    <w:abstractNumId w:val="48"/>
  </w:num>
  <w:num w:numId="62" w16cid:durableId="924922983">
    <w:abstractNumId w:val="22"/>
  </w:num>
  <w:num w:numId="63" w16cid:durableId="1706755060">
    <w:abstractNumId w:val="28"/>
  </w:num>
  <w:num w:numId="64" w16cid:durableId="698550470">
    <w:abstractNumId w:val="89"/>
  </w:num>
  <w:num w:numId="65" w16cid:durableId="1694259332">
    <w:abstractNumId w:val="60"/>
  </w:num>
  <w:num w:numId="66" w16cid:durableId="681124119">
    <w:abstractNumId w:val="16"/>
  </w:num>
  <w:num w:numId="67" w16cid:durableId="1423181525">
    <w:abstractNumId w:val="37"/>
  </w:num>
  <w:num w:numId="68" w16cid:durableId="728456883">
    <w:abstractNumId w:val="67"/>
  </w:num>
  <w:num w:numId="69" w16cid:durableId="1480420144">
    <w:abstractNumId w:val="59"/>
  </w:num>
  <w:num w:numId="70" w16cid:durableId="91098650">
    <w:abstractNumId w:val="61"/>
  </w:num>
  <w:num w:numId="71" w16cid:durableId="593369274">
    <w:abstractNumId w:val="41"/>
  </w:num>
  <w:num w:numId="72" w16cid:durableId="673261657">
    <w:abstractNumId w:val="56"/>
  </w:num>
  <w:num w:numId="73" w16cid:durableId="262569090">
    <w:abstractNumId w:val="13"/>
  </w:num>
  <w:num w:numId="74" w16cid:durableId="227688720">
    <w:abstractNumId w:val="64"/>
  </w:num>
  <w:num w:numId="75" w16cid:durableId="336612306">
    <w:abstractNumId w:val="42"/>
  </w:num>
  <w:num w:numId="76" w16cid:durableId="11882744">
    <w:abstractNumId w:val="9"/>
  </w:num>
  <w:num w:numId="77" w16cid:durableId="1281566299">
    <w:abstractNumId w:val="19"/>
  </w:num>
  <w:num w:numId="78" w16cid:durableId="1948193989">
    <w:abstractNumId w:val="46"/>
  </w:num>
  <w:num w:numId="79" w16cid:durableId="522204088">
    <w:abstractNumId w:val="71"/>
  </w:num>
  <w:num w:numId="80" w16cid:durableId="1546067545">
    <w:abstractNumId w:val="57"/>
  </w:num>
  <w:num w:numId="81" w16cid:durableId="2118333205">
    <w:abstractNumId w:val="85"/>
  </w:num>
  <w:num w:numId="82" w16cid:durableId="1028333083">
    <w:abstractNumId w:val="78"/>
  </w:num>
  <w:num w:numId="83" w16cid:durableId="1196384388">
    <w:abstractNumId w:val="38"/>
  </w:num>
  <w:num w:numId="84" w16cid:durableId="444466939">
    <w:abstractNumId w:val="84"/>
  </w:num>
  <w:num w:numId="85" w16cid:durableId="1096752340">
    <w:abstractNumId w:val="81"/>
  </w:num>
  <w:num w:numId="86" w16cid:durableId="1035811425">
    <w:abstractNumId w:val="29"/>
  </w:num>
  <w:num w:numId="87" w16cid:durableId="1186794904">
    <w:abstractNumId w:val="62"/>
  </w:num>
  <w:num w:numId="88" w16cid:durableId="808206798">
    <w:abstractNumId w:val="45"/>
  </w:num>
  <w:num w:numId="89" w16cid:durableId="241381161">
    <w:abstractNumId w:val="50"/>
  </w:num>
  <w:num w:numId="90" w16cid:durableId="483543187">
    <w:abstractNumId w:val="79"/>
  </w:num>
  <w:num w:numId="91" w16cid:durableId="1508714171">
    <w:abstractNumId w:val="77"/>
  </w:num>
  <w:num w:numId="92" w16cid:durableId="510489699">
    <w:abstractNumId w:val="12"/>
  </w:num>
  <w:num w:numId="93" w16cid:durableId="1420247542">
    <w:abstractNumId w:val="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5EB"/>
    <w:rsid w:val="00106807"/>
    <w:rsid w:val="0015074B"/>
    <w:rsid w:val="00194DE6"/>
    <w:rsid w:val="001E5772"/>
    <w:rsid w:val="00215B7C"/>
    <w:rsid w:val="0029639D"/>
    <w:rsid w:val="00326F90"/>
    <w:rsid w:val="00545926"/>
    <w:rsid w:val="00612CA2"/>
    <w:rsid w:val="00656B12"/>
    <w:rsid w:val="00687662"/>
    <w:rsid w:val="00730885"/>
    <w:rsid w:val="00734A62"/>
    <w:rsid w:val="007E3CE0"/>
    <w:rsid w:val="007F442C"/>
    <w:rsid w:val="0086384B"/>
    <w:rsid w:val="0090145C"/>
    <w:rsid w:val="00986271"/>
    <w:rsid w:val="00A67F66"/>
    <w:rsid w:val="00AA1D8D"/>
    <w:rsid w:val="00AC3EA3"/>
    <w:rsid w:val="00AF2237"/>
    <w:rsid w:val="00B47730"/>
    <w:rsid w:val="00CB0664"/>
    <w:rsid w:val="00CB16C8"/>
    <w:rsid w:val="00CD5A30"/>
    <w:rsid w:val="00D61D3D"/>
    <w:rsid w:val="00E91C57"/>
    <w:rsid w:val="00EB3C04"/>
    <w:rsid w:val="00EF4C50"/>
    <w:rsid w:val="00F602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0140C"/>
  <w14:defaultImageDpi w14:val="300"/>
  <w15:docId w15:val="{68117711-5B5E-4818-AC1C-DFD51695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Joya Christina A. Siallagan</cp:lastModifiedBy>
  <cp:revision>16</cp:revision>
  <dcterms:created xsi:type="dcterms:W3CDTF">2013-12-23T23:15:00Z</dcterms:created>
  <dcterms:modified xsi:type="dcterms:W3CDTF">2026-05-04T14:09:00Z</dcterms:modified>
  <cp:category/>
</cp:coreProperties>
</file>